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2883" w:rsidRDefault="00AC294A">
      <w:pPr>
        <w:spacing w:after="20"/>
        <w:jc w:val="center"/>
      </w:pPr>
      <w:r>
        <w:rPr>
          <w:rFonts w:ascii="Aptos Display" w:hAnsi="Aptos Display"/>
          <w:b/>
          <w:sz w:val="30"/>
        </w:rPr>
        <w:t>MONTHLY COUPLE MEETING</w:t>
      </w:r>
    </w:p>
    <w:p w:rsidR="00142883" w:rsidRDefault="00AC294A">
      <w:pPr>
        <w:spacing w:after="100"/>
        <w:jc w:val="center"/>
      </w:pPr>
      <w:r>
        <w:rPr>
          <w:b/>
          <w:color w:val="5A5A5A"/>
          <w:sz w:val="19"/>
        </w:rPr>
        <w:t>月 1 夫 婦 会 議</w:t>
      </w:r>
    </w:p>
    <w:tbl>
      <w:tblPr>
        <w:tblW w:w="0" w:type="auto"/>
        <w:jc w:val="center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ook w:val="04A0" w:firstRow="1" w:lastRow="0" w:firstColumn="1" w:lastColumn="0" w:noHBand="0" w:noVBand="1"/>
      </w:tblPr>
      <w:tblGrid>
        <w:gridCol w:w="7797"/>
        <w:gridCol w:w="173"/>
        <w:gridCol w:w="3615"/>
        <w:gridCol w:w="3642"/>
        <w:gridCol w:w="457"/>
      </w:tblGrid>
      <w:tr w:rsidR="00142883" w:rsidTr="00212ECE">
        <w:trPr>
          <w:gridAfter w:val="1"/>
          <w:wAfter w:w="457" w:type="dxa"/>
          <w:jc w:val="center"/>
        </w:trPr>
        <w:tc>
          <w:tcPr>
            <w:tcW w:w="7970" w:type="dxa"/>
            <w:gridSpan w:val="2"/>
            <w:tcMar>
              <w:top w:w="35" w:type="dxa"/>
              <w:left w:w="60" w:type="dxa"/>
              <w:bottom w:w="35" w:type="dxa"/>
              <w:right w:w="60" w:type="dxa"/>
            </w:tcMar>
          </w:tcPr>
          <w:p w:rsidR="00142883" w:rsidRDefault="00AC294A">
            <w:pPr>
              <w:spacing w:after="0"/>
              <w:jc w:val="center"/>
            </w:pPr>
            <w:r>
              <w:rPr>
                <w:sz w:val="14"/>
              </w:rPr>
              <w:t>DATE　＿＿＿＿＿＿＿＿</w:t>
            </w:r>
          </w:p>
        </w:tc>
        <w:tc>
          <w:tcPr>
            <w:tcW w:w="3591" w:type="dxa"/>
            <w:tcMar>
              <w:top w:w="35" w:type="dxa"/>
              <w:left w:w="60" w:type="dxa"/>
              <w:bottom w:w="35" w:type="dxa"/>
              <w:right w:w="60" w:type="dxa"/>
            </w:tcMar>
          </w:tcPr>
          <w:p w:rsidR="00142883" w:rsidRDefault="00AC294A" w:rsidP="00212ECE">
            <w:pPr>
              <w:spacing w:after="0"/>
              <w:rPr>
                <w:lang w:eastAsia="ja-JP"/>
              </w:rPr>
            </w:pPr>
            <w:r>
              <w:rPr>
                <w:sz w:val="14"/>
                <w:lang w:eastAsia="ja-JP"/>
              </w:rPr>
              <w:t>今月のテーマ　＿＿＿</w:t>
            </w:r>
            <w:r>
              <w:rPr>
                <w:rFonts w:hint="eastAsia"/>
                <w:sz w:val="14"/>
                <w:lang w:eastAsia="ja-JP"/>
              </w:rPr>
              <w:t>＿</w:t>
            </w:r>
            <w:r>
              <w:rPr>
                <w:sz w:val="14"/>
                <w:lang w:eastAsia="ja-JP"/>
              </w:rPr>
              <w:t>＿＿＿</w:t>
            </w:r>
            <w:r w:rsidR="00212ECE">
              <w:rPr>
                <w:rFonts w:hint="eastAsia"/>
                <w:sz w:val="14"/>
                <w:lang w:eastAsia="ja-JP"/>
              </w:rPr>
              <w:t>＿</w:t>
            </w:r>
            <w:r w:rsidR="00212ECE">
              <w:rPr>
                <w:sz w:val="14"/>
                <w:lang w:eastAsia="ja-JP"/>
              </w:rPr>
              <w:t>＿＿</w:t>
            </w:r>
            <w:r w:rsidR="00212ECE">
              <w:rPr>
                <w:rFonts w:hint="eastAsia"/>
                <w:sz w:val="14"/>
                <w:lang w:eastAsia="ja-JP"/>
              </w:rPr>
              <w:t>＿</w:t>
            </w:r>
            <w:r w:rsidR="00212ECE">
              <w:rPr>
                <w:sz w:val="14"/>
                <w:lang w:eastAsia="ja-JP"/>
              </w:rPr>
              <w:t>＿＿＿＿＿</w:t>
            </w:r>
            <w:r>
              <w:rPr>
                <w:sz w:val="14"/>
                <w:lang w:eastAsia="ja-JP"/>
              </w:rPr>
              <w:t>＿</w:t>
            </w:r>
          </w:p>
        </w:tc>
        <w:tc>
          <w:tcPr>
            <w:tcW w:w="3620" w:type="dxa"/>
            <w:tcMar>
              <w:top w:w="35" w:type="dxa"/>
              <w:left w:w="60" w:type="dxa"/>
              <w:bottom w:w="35" w:type="dxa"/>
              <w:right w:w="60" w:type="dxa"/>
            </w:tcMar>
          </w:tcPr>
          <w:p w:rsidR="00142883" w:rsidRDefault="00AC294A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第　　</w:t>
            </w:r>
            <w:r w:rsidR="00212ECE">
              <w:rPr>
                <w:rFonts w:hint="eastAsia"/>
                <w:sz w:val="14"/>
                <w:lang w:eastAsia="ja-JP"/>
              </w:rPr>
              <w:t xml:space="preserve">　　</w:t>
            </w:r>
            <w:r>
              <w:rPr>
                <w:sz w:val="14"/>
              </w:rPr>
              <w:t>回</w:t>
            </w:r>
          </w:p>
          <w:p w:rsidR="00212ECE" w:rsidRDefault="00212ECE">
            <w:pPr>
              <w:spacing w:after="0"/>
              <w:jc w:val="center"/>
            </w:pPr>
          </w:p>
        </w:tc>
      </w:tr>
      <w:tr w:rsidR="00142883" w:rsidTr="00212EC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7797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142883" w:rsidRDefault="00142883"/>
          <w:tbl>
            <w:tblPr>
              <w:tblW w:w="0" w:type="auto"/>
              <w:jc w:val="center"/>
              <w:tblBorders>
                <w:top w:val="single" w:sz="5" w:space="0" w:color="B7B7B7"/>
                <w:left w:val="single" w:sz="5" w:space="0" w:color="B7B7B7"/>
                <w:bottom w:val="single" w:sz="5" w:space="0" w:color="B7B7B7"/>
                <w:right w:val="single" w:sz="5" w:space="0" w:color="B7B7B7"/>
                <w:insideH w:val="single" w:sz="5" w:space="0" w:color="B7B7B7"/>
                <w:insideV w:val="single" w:sz="5" w:space="0" w:color="B7B7B7"/>
              </w:tblBorders>
              <w:tblLook w:val="04A0" w:firstRow="1" w:lastRow="0" w:firstColumn="1" w:lastColumn="0" w:noHBand="0" w:noVBand="1"/>
            </w:tblPr>
            <w:tblGrid>
              <w:gridCol w:w="5273"/>
            </w:tblGrid>
            <w:tr w:rsidR="00142883">
              <w:trPr>
                <w:jc w:val="center"/>
              </w:trPr>
              <w:tc>
                <w:tcPr>
                  <w:tcW w:w="5273" w:type="dxa"/>
                  <w:shd w:val="clear" w:color="auto" w:fill="F7F7F5"/>
                  <w:tcMar>
                    <w:top w:w="45" w:type="dxa"/>
                    <w:left w:w="70" w:type="dxa"/>
                    <w:bottom w:w="45" w:type="dxa"/>
                    <w:right w:w="70" w:type="dxa"/>
                  </w:tcMar>
                </w:tcPr>
                <w:p w:rsidR="00142883" w:rsidRDefault="00AC294A">
                  <w:pPr>
                    <w:spacing w:after="20"/>
                    <w:rPr>
                      <w:lang w:eastAsia="ja-JP"/>
                    </w:rPr>
                  </w:pPr>
                  <w:r>
                    <w:rPr>
                      <w:b/>
                      <w:color w:val="3C3C3C"/>
                      <w:sz w:val="16"/>
                      <w:lang w:eastAsia="ja-JP"/>
                    </w:rPr>
                    <w:t>01  今月どうだった？</w:t>
                  </w:r>
                </w:p>
                <w:p w:rsidR="00142883" w:rsidRDefault="00AC294A">
                  <w:pPr>
                    <w:spacing w:after="20" w:line="211" w:lineRule="auto"/>
                    <w:rPr>
                      <w:lang w:eastAsia="ja-JP"/>
                    </w:rPr>
                  </w:pPr>
                  <w:r>
                    <w:rPr>
                      <w:sz w:val="13"/>
                      <w:lang w:eastAsia="ja-JP"/>
                    </w:rPr>
                    <w:t>□ 今月、よかったことは？　＿＿＿＿＿＿＿＿＿＿＿＿</w:t>
                  </w:r>
                </w:p>
                <w:p w:rsidR="00142883" w:rsidRDefault="00AC294A">
                  <w:pPr>
                    <w:spacing w:after="20" w:line="211" w:lineRule="auto"/>
                    <w:rPr>
                      <w:lang w:eastAsia="ja-JP"/>
                    </w:rPr>
                  </w:pPr>
                  <w:r>
                    <w:rPr>
                      <w:sz w:val="13"/>
                      <w:lang w:eastAsia="ja-JP"/>
                    </w:rPr>
                    <w:t>□ モヤモヤしたこと・気になったことは？　＿＿＿＿＿＿</w:t>
                  </w:r>
                </w:p>
                <w:p w:rsidR="00142883" w:rsidRDefault="00AC294A">
                  <w:pPr>
                    <w:spacing w:after="20" w:line="211" w:lineRule="auto"/>
                  </w:pPr>
                  <w:r>
                    <w:rPr>
                      <w:sz w:val="13"/>
                      <w:lang w:eastAsia="ja-JP"/>
                    </w:rPr>
                    <w:t xml:space="preserve">□ お互いに「ありがとう」を伝えたいことは？　</w:t>
                  </w:r>
                  <w:r>
                    <w:rPr>
                      <w:sz w:val="13"/>
                    </w:rPr>
                    <w:t>＿＿＿＿</w:t>
                  </w:r>
                </w:p>
              </w:tc>
            </w:tr>
          </w:tbl>
          <w:p w:rsidR="00142883" w:rsidRDefault="00142883"/>
          <w:p w:rsidR="00142883" w:rsidRDefault="00142883">
            <w:pPr>
              <w:spacing w:after="0"/>
            </w:pPr>
          </w:p>
          <w:tbl>
            <w:tblPr>
              <w:tblW w:w="0" w:type="auto"/>
              <w:jc w:val="center"/>
              <w:tblBorders>
                <w:top w:val="single" w:sz="5" w:space="0" w:color="B7B7B7"/>
                <w:left w:val="single" w:sz="5" w:space="0" w:color="B7B7B7"/>
                <w:bottom w:val="single" w:sz="5" w:space="0" w:color="B7B7B7"/>
                <w:right w:val="single" w:sz="5" w:space="0" w:color="B7B7B7"/>
                <w:insideH w:val="single" w:sz="5" w:space="0" w:color="B7B7B7"/>
                <w:insideV w:val="single" w:sz="5" w:space="0" w:color="B7B7B7"/>
              </w:tblBorders>
              <w:tblLook w:val="04A0" w:firstRow="1" w:lastRow="0" w:firstColumn="1" w:lastColumn="0" w:noHBand="0" w:noVBand="1"/>
            </w:tblPr>
            <w:tblGrid>
              <w:gridCol w:w="5273"/>
            </w:tblGrid>
            <w:tr w:rsidR="00142883">
              <w:trPr>
                <w:jc w:val="center"/>
              </w:trPr>
              <w:tc>
                <w:tcPr>
                  <w:tcW w:w="5273" w:type="dxa"/>
                  <w:shd w:val="clear" w:color="auto" w:fill="F7F7F5"/>
                  <w:tcMar>
                    <w:top w:w="45" w:type="dxa"/>
                    <w:left w:w="70" w:type="dxa"/>
                    <w:bottom w:w="45" w:type="dxa"/>
                    <w:right w:w="70" w:type="dxa"/>
                  </w:tcMar>
                </w:tcPr>
                <w:p w:rsidR="00142883" w:rsidRDefault="00AC294A">
                  <w:pPr>
                    <w:spacing w:after="20"/>
                    <w:rPr>
                      <w:lang w:eastAsia="ja-JP"/>
                    </w:rPr>
                  </w:pPr>
                  <w:r>
                    <w:rPr>
                      <w:b/>
                      <w:color w:val="3C3C3C"/>
                      <w:sz w:val="16"/>
                      <w:lang w:eastAsia="ja-JP"/>
                    </w:rPr>
                    <w:t>02  お金のこと</w:t>
                  </w:r>
                </w:p>
                <w:p w:rsidR="00142883" w:rsidRDefault="00AC294A">
                  <w:pPr>
                    <w:spacing w:after="20" w:line="211" w:lineRule="auto"/>
                    <w:rPr>
                      <w:lang w:eastAsia="ja-JP"/>
                    </w:rPr>
                  </w:pPr>
                  <w:r>
                    <w:rPr>
                      <w:sz w:val="13"/>
                      <w:lang w:eastAsia="ja-JP"/>
                    </w:rPr>
                    <w:t>□ 今月のお金の使い方で、よかったことは？　＿＿＿＿＿</w:t>
                  </w:r>
                </w:p>
                <w:p w:rsidR="00142883" w:rsidRDefault="00AC294A">
                  <w:pPr>
                    <w:spacing w:after="20" w:line="211" w:lineRule="auto"/>
                    <w:rPr>
                      <w:lang w:eastAsia="ja-JP"/>
                    </w:rPr>
                  </w:pPr>
                  <w:r>
                    <w:rPr>
                      <w:sz w:val="13"/>
                      <w:lang w:eastAsia="ja-JP"/>
                    </w:rPr>
                    <w:t>□ 予想外の出費・気になった支出は？　＿＿＿＿＿＿＿＿</w:t>
                  </w:r>
                </w:p>
                <w:p w:rsidR="00142883" w:rsidRDefault="00AC294A">
                  <w:pPr>
                    <w:spacing w:after="20" w:line="211" w:lineRule="auto"/>
                    <w:rPr>
                      <w:lang w:eastAsia="ja-JP"/>
                    </w:rPr>
                  </w:pPr>
                  <w:r>
                    <w:rPr>
                      <w:sz w:val="13"/>
                      <w:lang w:eastAsia="ja-JP"/>
                    </w:rPr>
                    <w:t>□ 来月、使いたいこと／抑えたいことは？　＿＿＿＿＿＿</w:t>
                  </w:r>
                </w:p>
                <w:p w:rsidR="00142883" w:rsidRDefault="00AC294A">
                  <w:pPr>
                    <w:spacing w:after="20" w:line="211" w:lineRule="auto"/>
                    <w:rPr>
                      <w:lang w:eastAsia="ja-JP"/>
                    </w:rPr>
                  </w:pPr>
                  <w:r>
                    <w:rPr>
                      <w:sz w:val="13"/>
                      <w:lang w:eastAsia="ja-JP"/>
                    </w:rPr>
                    <w:t>□ 貯める・使う・投資するなど、決めたいことは？　＿＿</w:t>
                  </w:r>
                </w:p>
                <w:p w:rsidR="00142883" w:rsidRDefault="00AC294A">
                  <w:pPr>
                    <w:spacing w:after="20" w:line="211" w:lineRule="auto"/>
                    <w:rPr>
                      <w:lang w:eastAsia="ja-JP"/>
                    </w:rPr>
                  </w:pPr>
                  <w:r>
                    <w:rPr>
                      <w:sz w:val="13"/>
                      <w:lang w:eastAsia="ja-JP"/>
                    </w:rPr>
                    <w:t>□ 収入：＿＿＿＿　支出：＿＿＿＿　貯蓄：＿＿＿＿</w:t>
                  </w:r>
                </w:p>
              </w:tc>
            </w:tr>
          </w:tbl>
          <w:p w:rsidR="00142883" w:rsidRDefault="00142883">
            <w:pPr>
              <w:rPr>
                <w:lang w:eastAsia="ja-JP"/>
              </w:rPr>
            </w:pPr>
          </w:p>
          <w:p w:rsidR="00142883" w:rsidRDefault="00142883">
            <w:pPr>
              <w:spacing w:after="0"/>
              <w:rPr>
                <w:lang w:eastAsia="ja-JP"/>
              </w:rPr>
            </w:pPr>
          </w:p>
          <w:tbl>
            <w:tblPr>
              <w:tblW w:w="0" w:type="auto"/>
              <w:jc w:val="center"/>
              <w:tblBorders>
                <w:top w:val="single" w:sz="5" w:space="0" w:color="B7B7B7"/>
                <w:left w:val="single" w:sz="5" w:space="0" w:color="B7B7B7"/>
                <w:bottom w:val="single" w:sz="5" w:space="0" w:color="B7B7B7"/>
                <w:right w:val="single" w:sz="5" w:space="0" w:color="B7B7B7"/>
                <w:insideH w:val="single" w:sz="5" w:space="0" w:color="B7B7B7"/>
                <w:insideV w:val="single" w:sz="5" w:space="0" w:color="B7B7B7"/>
              </w:tblBorders>
              <w:tblLook w:val="04A0" w:firstRow="1" w:lastRow="0" w:firstColumn="1" w:lastColumn="0" w:noHBand="0" w:noVBand="1"/>
            </w:tblPr>
            <w:tblGrid>
              <w:gridCol w:w="5273"/>
            </w:tblGrid>
            <w:tr w:rsidR="00142883">
              <w:trPr>
                <w:jc w:val="center"/>
              </w:trPr>
              <w:tc>
                <w:tcPr>
                  <w:tcW w:w="5273" w:type="dxa"/>
                  <w:shd w:val="clear" w:color="auto" w:fill="F7F7F5"/>
                  <w:tcMar>
                    <w:top w:w="45" w:type="dxa"/>
                    <w:left w:w="70" w:type="dxa"/>
                    <w:bottom w:w="45" w:type="dxa"/>
                    <w:right w:w="70" w:type="dxa"/>
                  </w:tcMar>
                </w:tcPr>
                <w:p w:rsidR="00142883" w:rsidRDefault="00AC294A">
                  <w:pPr>
                    <w:spacing w:after="20"/>
                    <w:rPr>
                      <w:lang w:eastAsia="ja-JP"/>
                    </w:rPr>
                  </w:pPr>
                  <w:r>
                    <w:rPr>
                      <w:b/>
                      <w:color w:val="3C3C3C"/>
                      <w:sz w:val="16"/>
                      <w:lang w:eastAsia="ja-JP"/>
                    </w:rPr>
                    <w:t>03  家・暮らし</w:t>
                  </w:r>
                </w:p>
                <w:p w:rsidR="00142883" w:rsidRDefault="00AC294A">
                  <w:pPr>
                    <w:spacing w:after="20" w:line="211" w:lineRule="auto"/>
                    <w:rPr>
                      <w:lang w:eastAsia="ja-JP"/>
                    </w:rPr>
                  </w:pPr>
                  <w:r>
                    <w:rPr>
                      <w:sz w:val="13"/>
                      <w:lang w:eastAsia="ja-JP"/>
                    </w:rPr>
                    <w:t>□ 家事や生活で、負担</w:t>
                  </w:r>
                  <w:r w:rsidR="00212ECE">
                    <w:rPr>
                      <w:rFonts w:hint="eastAsia"/>
                      <w:sz w:val="13"/>
                      <w:lang w:eastAsia="ja-JP"/>
                    </w:rPr>
                    <w:t>になって</w:t>
                  </w:r>
                  <w:r>
                    <w:rPr>
                      <w:sz w:val="13"/>
                      <w:lang w:eastAsia="ja-JP"/>
                    </w:rPr>
                    <w:t>いることは？　＿＿＿＿＿</w:t>
                  </w:r>
                </w:p>
                <w:p w:rsidR="00142883" w:rsidRDefault="00AC294A">
                  <w:pPr>
                    <w:spacing w:after="20" w:line="211" w:lineRule="auto"/>
                    <w:rPr>
                      <w:lang w:eastAsia="ja-JP"/>
                    </w:rPr>
                  </w:pPr>
                  <w:r>
                    <w:rPr>
                      <w:sz w:val="13"/>
                      <w:lang w:eastAsia="ja-JP"/>
                    </w:rPr>
                    <w:t>□ もっとラクにしたいことは？　＿＿＿＿＿＿＿＿＿＿＿</w:t>
                  </w:r>
                </w:p>
                <w:p w:rsidR="00142883" w:rsidRDefault="00AC294A">
                  <w:pPr>
                    <w:spacing w:after="20" w:line="211" w:lineRule="auto"/>
                    <w:rPr>
                      <w:lang w:eastAsia="ja-JP"/>
                    </w:rPr>
                  </w:pPr>
                  <w:r>
                    <w:rPr>
                      <w:sz w:val="13"/>
                      <w:lang w:eastAsia="ja-JP"/>
                    </w:rPr>
                    <w:t>□ 家について、決めたいこと／買いたいものは？　＿＿＿</w:t>
                  </w:r>
                </w:p>
                <w:p w:rsidR="00142883" w:rsidRDefault="00AC294A">
                  <w:pPr>
                    <w:spacing w:after="20" w:line="211" w:lineRule="auto"/>
                    <w:rPr>
                      <w:lang w:eastAsia="ja-JP"/>
                    </w:rPr>
                  </w:pPr>
                  <w:r>
                    <w:rPr>
                      <w:sz w:val="13"/>
                      <w:lang w:eastAsia="ja-JP"/>
                    </w:rPr>
                    <w:t>□ 今後やってみたい暮らし方は？　＿＿＿＿＿＿＿＿＿＿</w:t>
                  </w:r>
                </w:p>
              </w:tc>
            </w:tr>
          </w:tbl>
          <w:p w:rsidR="00142883" w:rsidRDefault="00142883">
            <w:pPr>
              <w:rPr>
                <w:lang w:eastAsia="ja-JP"/>
              </w:rPr>
            </w:pPr>
          </w:p>
          <w:p w:rsidR="00142883" w:rsidRDefault="00142883">
            <w:pPr>
              <w:spacing w:after="0"/>
              <w:rPr>
                <w:lang w:eastAsia="ja-JP"/>
              </w:rPr>
            </w:pPr>
          </w:p>
        </w:tc>
        <w:tc>
          <w:tcPr>
            <w:tcW w:w="7841" w:type="dxa"/>
            <w:gridSpan w:val="4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142883" w:rsidRDefault="00142883">
            <w:pPr>
              <w:rPr>
                <w:lang w:eastAsia="ja-JP"/>
              </w:rPr>
            </w:pPr>
          </w:p>
          <w:tbl>
            <w:tblPr>
              <w:tblW w:w="0" w:type="auto"/>
              <w:jc w:val="center"/>
              <w:tblBorders>
                <w:top w:val="single" w:sz="5" w:space="0" w:color="B7B7B7"/>
                <w:left w:val="single" w:sz="5" w:space="0" w:color="B7B7B7"/>
                <w:bottom w:val="single" w:sz="5" w:space="0" w:color="B7B7B7"/>
                <w:right w:val="single" w:sz="5" w:space="0" w:color="B7B7B7"/>
                <w:insideH w:val="single" w:sz="5" w:space="0" w:color="B7B7B7"/>
                <w:insideV w:val="single" w:sz="5" w:space="0" w:color="B7B7B7"/>
              </w:tblBorders>
              <w:tblLook w:val="04A0" w:firstRow="1" w:lastRow="0" w:firstColumn="1" w:lastColumn="0" w:noHBand="0" w:noVBand="1"/>
            </w:tblPr>
            <w:tblGrid>
              <w:gridCol w:w="5273"/>
            </w:tblGrid>
            <w:tr w:rsidR="00142883">
              <w:trPr>
                <w:jc w:val="center"/>
              </w:trPr>
              <w:tc>
                <w:tcPr>
                  <w:tcW w:w="5273" w:type="dxa"/>
                  <w:shd w:val="clear" w:color="auto" w:fill="F7F7F5"/>
                  <w:tcMar>
                    <w:top w:w="45" w:type="dxa"/>
                    <w:left w:w="70" w:type="dxa"/>
                    <w:bottom w:w="45" w:type="dxa"/>
                    <w:right w:w="70" w:type="dxa"/>
                  </w:tcMar>
                </w:tcPr>
                <w:p w:rsidR="00142883" w:rsidRDefault="00AC294A">
                  <w:pPr>
                    <w:spacing w:after="20"/>
                    <w:rPr>
                      <w:lang w:eastAsia="ja-JP"/>
                    </w:rPr>
                  </w:pPr>
                  <w:r>
                    <w:rPr>
                      <w:b/>
                      <w:color w:val="3C3C3C"/>
                      <w:sz w:val="16"/>
                      <w:lang w:eastAsia="ja-JP"/>
                    </w:rPr>
                    <w:t>04  仕事・それぞれの時間</w:t>
                  </w:r>
                </w:p>
                <w:p w:rsidR="00142883" w:rsidRDefault="00AC294A">
                  <w:pPr>
                    <w:spacing w:after="20" w:line="211" w:lineRule="auto"/>
                    <w:rPr>
                      <w:lang w:eastAsia="ja-JP"/>
                    </w:rPr>
                  </w:pPr>
                  <w:r>
                    <w:rPr>
                      <w:sz w:val="13"/>
                      <w:lang w:eastAsia="ja-JP"/>
                    </w:rPr>
                    <w:t>□ 夫｜今月の仕事はどうだった？　＿＿＿＿＿＿＿＿＿＿</w:t>
                  </w:r>
                </w:p>
                <w:p w:rsidR="00142883" w:rsidRDefault="00AC294A">
                  <w:pPr>
                    <w:spacing w:after="20" w:line="211" w:lineRule="auto"/>
                    <w:rPr>
                      <w:lang w:eastAsia="ja-JP"/>
                    </w:rPr>
                  </w:pPr>
                  <w:r>
                    <w:rPr>
                      <w:sz w:val="13"/>
                      <w:lang w:eastAsia="ja-JP"/>
                    </w:rPr>
                    <w:t>□ 夫｜困っていること／応援してほしいことは？　＿＿＿</w:t>
                  </w:r>
                </w:p>
                <w:p w:rsidR="00142883" w:rsidRDefault="00AC294A">
                  <w:pPr>
                    <w:spacing w:after="20" w:line="211" w:lineRule="auto"/>
                    <w:rPr>
                      <w:lang w:eastAsia="ja-JP"/>
                    </w:rPr>
                  </w:pPr>
                  <w:r>
                    <w:rPr>
                      <w:sz w:val="13"/>
                      <w:lang w:eastAsia="ja-JP"/>
                    </w:rPr>
                    <w:t>□ 妻｜今月の仕事はどうだった？　＿＿＿＿＿＿＿＿＿＿</w:t>
                  </w:r>
                </w:p>
                <w:p w:rsidR="00142883" w:rsidRDefault="00AC294A">
                  <w:pPr>
                    <w:spacing w:after="20" w:line="211" w:lineRule="auto"/>
                    <w:rPr>
                      <w:lang w:eastAsia="ja-JP"/>
                    </w:rPr>
                  </w:pPr>
                  <w:r>
                    <w:rPr>
                      <w:sz w:val="13"/>
                      <w:lang w:eastAsia="ja-JP"/>
                    </w:rPr>
                    <w:t>□ 妻｜困っていること／応援してほしいことは？　＿＿＿</w:t>
                  </w:r>
                </w:p>
                <w:p w:rsidR="00142883" w:rsidRDefault="00AC294A">
                  <w:pPr>
                    <w:spacing w:after="20" w:line="211" w:lineRule="auto"/>
                  </w:pPr>
                  <w:r>
                    <w:rPr>
                      <w:sz w:val="13"/>
                      <w:lang w:eastAsia="ja-JP"/>
                    </w:rPr>
                    <w:t xml:space="preserve">□ 二人｜自分の時間、足りている？　</w:t>
                  </w:r>
                  <w:r>
                    <w:rPr>
                      <w:sz w:val="13"/>
                    </w:rPr>
                    <w:t>＿＿＿＿＿＿＿＿＿</w:t>
                  </w:r>
                </w:p>
              </w:tc>
            </w:tr>
          </w:tbl>
          <w:p w:rsidR="00142883" w:rsidRDefault="00142883"/>
          <w:p w:rsidR="00142883" w:rsidRDefault="00142883">
            <w:pPr>
              <w:spacing w:after="0"/>
            </w:pPr>
          </w:p>
          <w:tbl>
            <w:tblPr>
              <w:tblW w:w="0" w:type="auto"/>
              <w:jc w:val="center"/>
              <w:tblBorders>
                <w:top w:val="single" w:sz="5" w:space="0" w:color="B7B7B7"/>
                <w:left w:val="single" w:sz="5" w:space="0" w:color="B7B7B7"/>
                <w:bottom w:val="single" w:sz="5" w:space="0" w:color="B7B7B7"/>
                <w:right w:val="single" w:sz="5" w:space="0" w:color="B7B7B7"/>
                <w:insideH w:val="single" w:sz="5" w:space="0" w:color="B7B7B7"/>
                <w:insideV w:val="single" w:sz="5" w:space="0" w:color="B7B7B7"/>
              </w:tblBorders>
              <w:tblLook w:val="04A0" w:firstRow="1" w:lastRow="0" w:firstColumn="1" w:lastColumn="0" w:noHBand="0" w:noVBand="1"/>
            </w:tblPr>
            <w:tblGrid>
              <w:gridCol w:w="5273"/>
            </w:tblGrid>
            <w:tr w:rsidR="00142883">
              <w:trPr>
                <w:jc w:val="center"/>
              </w:trPr>
              <w:tc>
                <w:tcPr>
                  <w:tcW w:w="5273" w:type="dxa"/>
                  <w:shd w:val="clear" w:color="auto" w:fill="F7F7F5"/>
                  <w:tcMar>
                    <w:top w:w="45" w:type="dxa"/>
                    <w:left w:w="70" w:type="dxa"/>
                    <w:bottom w:w="45" w:type="dxa"/>
                    <w:right w:w="70" w:type="dxa"/>
                  </w:tcMar>
                </w:tcPr>
                <w:p w:rsidR="00142883" w:rsidRDefault="00AC294A">
                  <w:pPr>
                    <w:spacing w:after="20"/>
                    <w:rPr>
                      <w:lang w:eastAsia="ja-JP"/>
                    </w:rPr>
                  </w:pPr>
                  <w:r>
                    <w:rPr>
                      <w:b/>
                      <w:color w:val="3C3C3C"/>
                      <w:sz w:val="16"/>
                      <w:lang w:eastAsia="ja-JP"/>
                    </w:rPr>
                    <w:t>05  家族・夫婦</w:t>
                  </w:r>
                </w:p>
                <w:p w:rsidR="00142883" w:rsidRDefault="00AC294A">
                  <w:pPr>
                    <w:spacing w:after="20" w:line="211" w:lineRule="auto"/>
                    <w:rPr>
                      <w:lang w:eastAsia="ja-JP"/>
                    </w:rPr>
                  </w:pPr>
                  <w:r>
                    <w:rPr>
                      <w:sz w:val="13"/>
                      <w:lang w:eastAsia="ja-JP"/>
                    </w:rPr>
                    <w:t>□ 今月、一緒にできてよかったことは？　＿＿＿＿＿＿＿</w:t>
                  </w:r>
                </w:p>
                <w:p w:rsidR="00142883" w:rsidRDefault="00AC294A">
                  <w:pPr>
                    <w:spacing w:after="20" w:line="211" w:lineRule="auto"/>
                    <w:rPr>
                      <w:lang w:eastAsia="ja-JP"/>
                    </w:rPr>
                  </w:pPr>
                  <w:r>
                    <w:rPr>
                      <w:sz w:val="13"/>
                      <w:lang w:eastAsia="ja-JP"/>
                    </w:rPr>
                    <w:t>□ 最近、足りていないと感じる「二人の時間」は？　＿＿</w:t>
                  </w:r>
                </w:p>
                <w:p w:rsidR="00142883" w:rsidRDefault="00AC294A">
                  <w:pPr>
                    <w:spacing w:after="20" w:line="211" w:lineRule="auto"/>
                    <w:rPr>
                      <w:lang w:eastAsia="ja-JP"/>
                    </w:rPr>
                  </w:pPr>
                  <w:r>
                    <w:rPr>
                      <w:sz w:val="13"/>
                      <w:lang w:eastAsia="ja-JP"/>
                    </w:rPr>
                    <w:t>□ 次の1か月で一緒にしたいことは？　＿＿＿＿＿＿＿＿</w:t>
                  </w:r>
                </w:p>
                <w:p w:rsidR="00142883" w:rsidRDefault="00AC294A">
                  <w:pPr>
                    <w:spacing w:after="20" w:line="211" w:lineRule="auto"/>
                  </w:pPr>
                  <w:r>
                    <w:rPr>
                      <w:sz w:val="13"/>
                      <w:lang w:eastAsia="ja-JP"/>
                    </w:rPr>
                    <w:t xml:space="preserve">□ 家族として、これから大切にしたいことは？　</w:t>
                  </w:r>
                  <w:r>
                    <w:rPr>
                      <w:sz w:val="13"/>
                    </w:rPr>
                    <w:t>＿＿＿＿</w:t>
                  </w:r>
                </w:p>
              </w:tc>
            </w:tr>
          </w:tbl>
          <w:p w:rsidR="00142883" w:rsidRDefault="00142883"/>
          <w:p w:rsidR="00142883" w:rsidRDefault="00142883">
            <w:pPr>
              <w:spacing w:after="0"/>
            </w:pPr>
          </w:p>
          <w:tbl>
            <w:tblPr>
              <w:tblW w:w="0" w:type="auto"/>
              <w:jc w:val="center"/>
              <w:tblBorders>
                <w:top w:val="single" w:sz="5" w:space="0" w:color="B7B7B7"/>
                <w:left w:val="single" w:sz="5" w:space="0" w:color="B7B7B7"/>
                <w:bottom w:val="single" w:sz="5" w:space="0" w:color="B7B7B7"/>
                <w:right w:val="single" w:sz="5" w:space="0" w:color="B7B7B7"/>
                <w:insideH w:val="single" w:sz="5" w:space="0" w:color="B7B7B7"/>
                <w:insideV w:val="single" w:sz="5" w:space="0" w:color="B7B7B7"/>
              </w:tblBorders>
              <w:tblLook w:val="04A0" w:firstRow="1" w:lastRow="0" w:firstColumn="1" w:lastColumn="0" w:noHBand="0" w:noVBand="1"/>
            </w:tblPr>
            <w:tblGrid>
              <w:gridCol w:w="5273"/>
            </w:tblGrid>
            <w:tr w:rsidR="00142883">
              <w:trPr>
                <w:jc w:val="center"/>
              </w:trPr>
              <w:tc>
                <w:tcPr>
                  <w:tcW w:w="5273" w:type="dxa"/>
                  <w:shd w:val="clear" w:color="auto" w:fill="F7F7F5"/>
                  <w:tcMar>
                    <w:top w:w="45" w:type="dxa"/>
                    <w:left w:w="70" w:type="dxa"/>
                    <w:bottom w:w="45" w:type="dxa"/>
                    <w:right w:w="70" w:type="dxa"/>
                  </w:tcMar>
                </w:tcPr>
                <w:p w:rsidR="00142883" w:rsidRDefault="00AC294A">
                  <w:pPr>
                    <w:spacing w:after="20"/>
                    <w:rPr>
                      <w:lang w:eastAsia="ja-JP"/>
                    </w:rPr>
                  </w:pPr>
                  <w:r>
                    <w:rPr>
                      <w:b/>
                      <w:color w:val="3C3C3C"/>
                      <w:sz w:val="16"/>
                      <w:lang w:eastAsia="ja-JP"/>
                    </w:rPr>
                    <w:t>06  これから</w:t>
                  </w:r>
                </w:p>
                <w:p w:rsidR="00142883" w:rsidRDefault="00AC294A">
                  <w:pPr>
                    <w:spacing w:after="20" w:line="211" w:lineRule="auto"/>
                    <w:rPr>
                      <w:lang w:eastAsia="ja-JP"/>
                    </w:rPr>
                  </w:pPr>
                  <w:r>
                    <w:rPr>
                      <w:sz w:val="13"/>
                      <w:lang w:eastAsia="ja-JP"/>
                    </w:rPr>
                    <w:t>□ 3か月以内にやりたいことは？　＿＿＿＿＿＿＿＿＿＿</w:t>
                  </w:r>
                </w:p>
                <w:p w:rsidR="00142883" w:rsidRDefault="00AC294A">
                  <w:pPr>
                    <w:spacing w:after="20" w:line="211" w:lineRule="auto"/>
                    <w:rPr>
                      <w:lang w:eastAsia="ja-JP"/>
                    </w:rPr>
                  </w:pPr>
                  <w:r>
                    <w:rPr>
                      <w:sz w:val="13"/>
                      <w:lang w:eastAsia="ja-JP"/>
                    </w:rPr>
                    <w:t>□ 今年やりたいこと／叶えたいことは？　＿＿＿＿＿＿＿</w:t>
                  </w:r>
                </w:p>
                <w:p w:rsidR="00142883" w:rsidRDefault="00AC294A">
                  <w:pPr>
                    <w:spacing w:after="20" w:line="211" w:lineRule="auto"/>
                  </w:pPr>
                  <w:r>
                    <w:rPr>
                      <w:sz w:val="13"/>
                      <w:lang w:eastAsia="ja-JP"/>
                    </w:rPr>
                    <w:t xml:space="preserve">□ 大きな予定・出費・決断の先回り確認は？　</w:t>
                  </w:r>
                  <w:r>
                    <w:rPr>
                      <w:sz w:val="13"/>
                    </w:rPr>
                    <w:t>＿＿＿＿＿</w:t>
                  </w:r>
                </w:p>
              </w:tc>
            </w:tr>
          </w:tbl>
          <w:p w:rsidR="00142883" w:rsidRDefault="00142883"/>
          <w:p w:rsidR="00142883" w:rsidRDefault="00142883">
            <w:pPr>
              <w:spacing w:after="0"/>
            </w:pPr>
          </w:p>
        </w:tc>
      </w:tr>
    </w:tbl>
    <w:p w:rsidR="00142883" w:rsidRDefault="00AC294A">
      <w:pPr>
        <w:spacing w:before="40" w:after="40"/>
      </w:pPr>
      <w:r>
        <w:rPr>
          <w:rFonts w:ascii="Aptos Display" w:hAnsi="Aptos Display"/>
          <w:b/>
          <w:sz w:val="18"/>
        </w:rPr>
        <w:t xml:space="preserve">THIS MONTH'S </w:t>
      </w:r>
      <w:r w:rsidR="00212ECE">
        <w:rPr>
          <w:rFonts w:ascii="Aptos Display" w:hAnsi="Aptos Display" w:hint="eastAsia"/>
          <w:b/>
          <w:sz w:val="18"/>
          <w:lang w:eastAsia="ja-JP"/>
        </w:rPr>
        <w:t>３</w:t>
      </w:r>
    </w:p>
    <w:tbl>
      <w:tblPr>
        <w:tblW w:w="0" w:type="auto"/>
        <w:jc w:val="center"/>
        <w:tblBorders>
          <w:top w:val="single" w:sz="5" w:space="0" w:color="B7B7B7"/>
          <w:left w:val="single" w:sz="5" w:space="0" w:color="B7B7B7"/>
          <w:bottom w:val="single" w:sz="5" w:space="0" w:color="B7B7B7"/>
          <w:right w:val="single" w:sz="5" w:space="0" w:color="B7B7B7"/>
          <w:insideH w:val="single" w:sz="5" w:space="0" w:color="B7B7B7"/>
          <w:insideV w:val="single" w:sz="5" w:space="0" w:color="B7B7B7"/>
        </w:tblBorders>
        <w:tblLook w:val="04A0" w:firstRow="1" w:lastRow="0" w:firstColumn="1" w:lastColumn="0" w:noHBand="0" w:noVBand="1"/>
      </w:tblPr>
      <w:tblGrid>
        <w:gridCol w:w="5273"/>
        <w:gridCol w:w="5273"/>
      </w:tblGrid>
      <w:tr w:rsidR="00142883">
        <w:trPr>
          <w:jc w:val="center"/>
        </w:trPr>
        <w:tc>
          <w:tcPr>
            <w:tcW w:w="5273" w:type="dxa"/>
            <w:tcMar>
              <w:top w:w="35" w:type="dxa"/>
              <w:left w:w="60" w:type="dxa"/>
              <w:bottom w:w="35" w:type="dxa"/>
              <w:right w:w="60" w:type="dxa"/>
            </w:tcMar>
          </w:tcPr>
          <w:p w:rsidR="00142883" w:rsidRDefault="00AC294A">
            <w:r>
              <w:rPr>
                <w:sz w:val="14"/>
              </w:rPr>
              <w:t>1　＿＿＿＿＿＿＿＿＿＿＿＿＿＿＿＿＿＿＿＿＿＿＿＿</w:t>
            </w:r>
          </w:p>
        </w:tc>
        <w:tc>
          <w:tcPr>
            <w:tcW w:w="5273" w:type="dxa"/>
            <w:tcMar>
              <w:top w:w="35" w:type="dxa"/>
              <w:left w:w="60" w:type="dxa"/>
              <w:bottom w:w="35" w:type="dxa"/>
              <w:right w:w="60" w:type="dxa"/>
            </w:tcMar>
          </w:tcPr>
          <w:p w:rsidR="00142883" w:rsidRDefault="00AC294A">
            <w:proofErr w:type="spellStart"/>
            <w:r>
              <w:rPr>
                <w:sz w:val="14"/>
              </w:rPr>
              <w:t>担当</w:t>
            </w:r>
            <w:proofErr w:type="spellEnd"/>
            <w:r>
              <w:rPr>
                <w:sz w:val="14"/>
              </w:rPr>
              <w:t xml:space="preserve">　□夫　□妻</w:t>
            </w:r>
          </w:p>
        </w:tc>
      </w:tr>
      <w:tr w:rsidR="00142883">
        <w:trPr>
          <w:jc w:val="center"/>
        </w:trPr>
        <w:tc>
          <w:tcPr>
            <w:tcW w:w="5273" w:type="dxa"/>
            <w:tcMar>
              <w:top w:w="35" w:type="dxa"/>
              <w:left w:w="60" w:type="dxa"/>
              <w:bottom w:w="35" w:type="dxa"/>
              <w:right w:w="60" w:type="dxa"/>
            </w:tcMar>
          </w:tcPr>
          <w:p w:rsidR="00142883" w:rsidRDefault="00AC294A">
            <w:r>
              <w:rPr>
                <w:sz w:val="14"/>
              </w:rPr>
              <w:t>2　＿＿＿＿＿＿＿＿＿＿＿＿＿＿＿＿＿＿＿＿＿＿＿＿</w:t>
            </w:r>
          </w:p>
        </w:tc>
        <w:tc>
          <w:tcPr>
            <w:tcW w:w="5273" w:type="dxa"/>
            <w:tcMar>
              <w:top w:w="35" w:type="dxa"/>
              <w:left w:w="60" w:type="dxa"/>
              <w:bottom w:w="35" w:type="dxa"/>
              <w:right w:w="60" w:type="dxa"/>
            </w:tcMar>
          </w:tcPr>
          <w:p w:rsidR="00142883" w:rsidRDefault="00AC294A">
            <w:proofErr w:type="spellStart"/>
            <w:r>
              <w:rPr>
                <w:sz w:val="14"/>
              </w:rPr>
              <w:t>担当</w:t>
            </w:r>
            <w:proofErr w:type="spellEnd"/>
            <w:r>
              <w:rPr>
                <w:sz w:val="14"/>
              </w:rPr>
              <w:t xml:space="preserve">　□夫　□妻</w:t>
            </w:r>
          </w:p>
        </w:tc>
        <w:bookmarkStart w:id="0" w:name="_GoBack"/>
        <w:bookmarkEnd w:id="0"/>
      </w:tr>
      <w:tr w:rsidR="00142883">
        <w:trPr>
          <w:jc w:val="center"/>
        </w:trPr>
        <w:tc>
          <w:tcPr>
            <w:tcW w:w="5273" w:type="dxa"/>
            <w:tcMar>
              <w:top w:w="35" w:type="dxa"/>
              <w:left w:w="60" w:type="dxa"/>
              <w:bottom w:w="35" w:type="dxa"/>
              <w:right w:w="60" w:type="dxa"/>
            </w:tcMar>
          </w:tcPr>
          <w:p w:rsidR="00142883" w:rsidRDefault="00AC294A">
            <w:r>
              <w:rPr>
                <w:sz w:val="14"/>
              </w:rPr>
              <w:t>3　＿＿＿＿＿＿＿＿＿＿＿＿＿＿＿＿＿＿＿＿＿＿＿＿</w:t>
            </w:r>
          </w:p>
        </w:tc>
        <w:tc>
          <w:tcPr>
            <w:tcW w:w="5273" w:type="dxa"/>
            <w:tcMar>
              <w:top w:w="35" w:type="dxa"/>
              <w:left w:w="60" w:type="dxa"/>
              <w:bottom w:w="35" w:type="dxa"/>
              <w:right w:w="60" w:type="dxa"/>
            </w:tcMar>
          </w:tcPr>
          <w:p w:rsidR="00142883" w:rsidRDefault="00AC294A">
            <w:proofErr w:type="spellStart"/>
            <w:r>
              <w:rPr>
                <w:sz w:val="14"/>
              </w:rPr>
              <w:t>担当</w:t>
            </w:r>
            <w:proofErr w:type="spellEnd"/>
            <w:r>
              <w:rPr>
                <w:sz w:val="14"/>
              </w:rPr>
              <w:t xml:space="preserve">　□夫　□妻</w:t>
            </w:r>
          </w:p>
        </w:tc>
      </w:tr>
    </w:tbl>
    <w:p w:rsidR="00142883" w:rsidRDefault="00AC294A">
      <w:pPr>
        <w:spacing w:before="60" w:after="20"/>
      </w:pPr>
      <w:r>
        <w:rPr>
          <w:b/>
        </w:rPr>
        <w:t xml:space="preserve">NEXT </w:t>
      </w:r>
      <w:proofErr w:type="gramStart"/>
      <w:r>
        <w:rPr>
          <w:b/>
        </w:rPr>
        <w:t xml:space="preserve">MEETING  </w:t>
      </w:r>
      <w:proofErr w:type="spellStart"/>
      <w:r>
        <w:t>次回</w:t>
      </w:r>
      <w:proofErr w:type="gramEnd"/>
      <w:r>
        <w:t>までにやること</w:t>
      </w:r>
      <w:proofErr w:type="spellEnd"/>
      <w:r>
        <w:t>：＿＿＿＿＿＿＿＿＿＿＿＿＿＿＿＿＿＿＿＿＿＿＿＿＿＿＿＿＿＿＿＿＿＿</w:t>
      </w:r>
    </w:p>
    <w:p w:rsidR="00142883" w:rsidRDefault="00AC294A">
      <w:pPr>
        <w:spacing w:after="0"/>
        <w:jc w:val="center"/>
        <w:rPr>
          <w:lang w:eastAsia="ja-JP"/>
        </w:rPr>
      </w:pPr>
      <w:r>
        <w:rPr>
          <w:i/>
          <w:color w:val="5A5A5A"/>
          <w:lang w:eastAsia="ja-JP"/>
        </w:rPr>
        <w:t>今月のひとこと　「＿＿＿＿＿＿＿＿＿＿＿＿＿＿＿＿＿＿＿＿＿＿＿＿」</w:t>
      </w:r>
    </w:p>
    <w:sectPr w:rsidR="00142883" w:rsidSect="00212ECE">
      <w:pgSz w:w="16838" w:h="11906" w:orient="landscape"/>
      <w:pgMar w:top="680" w:right="510" w:bottom="680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3" w:csb1="00000000"/>
  </w:font>
  <w:font w:name="Aptos Display">
    <w:altName w:val="Cambria"/>
    <w:panose1 w:val="020B06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bordersDoNotSurroundHeader/>
  <w:bordersDoNotSurroundFooter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42883"/>
    <w:rsid w:val="0015074B"/>
    <w:rsid w:val="00212ECE"/>
    <w:rsid w:val="0029639D"/>
    <w:rsid w:val="00326F90"/>
    <w:rsid w:val="00AA1D8D"/>
    <w:rsid w:val="00AC294A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921384A"/>
  <w14:defaultImageDpi w14:val="300"/>
  <w15:docId w15:val="{DC54FBDE-DAE3-7044-A010-8C5814CF1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FC693F"/>
    <w:rPr>
      <w:rFonts w:ascii="Yu Gothic" w:eastAsia="Yu Gothic" w:hAnsi="Yu Gothic"/>
      <w:sz w:val="15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ヘッダー (文字)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フッター (文字)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見出し 1 (文字)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見出し 2 (文字)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見出し 3 (文字)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表題 (文字)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題 (文字)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(文字)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(文字)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(文字)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マクロ文字列 (文字)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用文 (文字)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見出し 4 (文字)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見出し 5 (文字)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見出し 6 (文字)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見出し 7 (文字)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見出し 8 (文字)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見出し 9 (文字)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27">
    <w:name w:val="Intense Quote"/>
    <w:basedOn w:val="a1"/>
    <w:next w:val="a1"/>
    <w:link w:val="28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28">
    <w:name w:val="引用文 2 (文字)"/>
    <w:basedOn w:val="a2"/>
    <w:link w:val="27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29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b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2a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c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d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e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2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13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14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15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16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17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2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2c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d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2e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2f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2f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2f1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37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38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39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a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3b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3c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3d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4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2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3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4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5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6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7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1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2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3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4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5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6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7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6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62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63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64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65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66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67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71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2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3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4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5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6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82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83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4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5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6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7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1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10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10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10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10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10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10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110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11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11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113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14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5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6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120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1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2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4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5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6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3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31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32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33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3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35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36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4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41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42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43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44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4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46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46E32A0-6C58-9948-BB93-3F40592C0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1058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Miyuki Fujisawa</cp:lastModifiedBy>
  <cp:revision>3</cp:revision>
  <dcterms:created xsi:type="dcterms:W3CDTF">2026-09-11T07:17:00Z</dcterms:created>
  <dcterms:modified xsi:type="dcterms:W3CDTF">2026-09-11T07:21:00Z</dcterms:modified>
  <cp:category/>
</cp:coreProperties>
</file>